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066"/>
        <w:gridCol w:w="3969"/>
      </w:tblGrid>
      <w:tr>
        <w:tc>
          <w:tcPr>
            <w:tcW w:type="dxa" w:w="6066"/>
            <w:vAlign w:val="center"/>
            <w:tcMar>
              <w:top w:w="30" w:type="dxa"/>
              <w:start w:w="0" w:type="dxa"/>
              <w:bottom w:w="35" w:type="dxa"/>
              <w:end w:w="90" w:type="dxa"/>
            </w:tcMar>
            <w:tcBorders>
              <w:bottom w:val="single" w:sz="8" w:color="214F5A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214F5A"/>
                <w:sz w:val="17"/>
              </w:rPr>
              <w:t>[LOGO]</w:t>
            </w:r>
            <w:r>
              <w:rPr>
                <w:rFonts w:ascii="Arial" w:hAnsi="Arial"/>
                <w:b/>
                <w:i w:val="0"/>
                <w:color w:val="5E6A6E"/>
                <w:sz w:val="17"/>
              </w:rPr>
              <w:t xml:space="preserve">  MAL FOR TROSSAMFUNN</w:t>
            </w:r>
          </w:p>
        </w:tc>
        <w:tc>
          <w:tcPr>
            <w:tcW w:type="dxa" w:w="3969"/>
            <w:tcMar>
              <w:top w:w="15" w:type="dxa"/>
              <w:start w:w="90" w:type="dxa"/>
              <w:bottom w:w="20" w:type="dxa"/>
              <w:end w:w="0" w:type="dxa"/>
            </w:tcMar>
            <w:tcBorders>
              <w:bottom w:val="single" w:sz="8" w:color="214F5A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/>
                <w:b/>
                <w:i w:val="0"/>
                <w:color w:val="1F272A"/>
                <w:sz w:val="17"/>
              </w:rPr>
              <w:t>Medlemsnr.:  __________________</w:t>
            </w:r>
          </w:p>
          <w:p>
            <w:pPr>
              <w:spacing w:before="0" w:after="0" w:line="240" w:lineRule="auto"/>
              <w:jc w:val="right"/>
            </w:pPr>
            <w:r>
              <w:rPr>
                <w:rFonts w:ascii="Arial" w:hAnsi="Arial"/>
                <w:b w:val="0"/>
                <w:i w:val="0"/>
                <w:color w:val="5E6A6E"/>
                <w:sz w:val="14"/>
              </w:rPr>
              <w:t>Fylles ut av trossamfunnet</w:t>
            </w:r>
          </w:p>
        </w:tc>
      </w:tr>
    </w:tbl>
    <w:p>
      <w:pPr>
        <w:spacing w:before="160" w:after="40" w:line="240" w:lineRule="auto"/>
      </w:pPr>
      <w:r>
        <w:rPr>
          <w:rFonts w:ascii="Arial" w:hAnsi="Arial"/>
          <w:b w:val="0"/>
          <w:i w:val="0"/>
          <w:color w:val="214F5A"/>
          <w:sz w:val="43"/>
        </w:rPr>
        <w:t>Innmelding i [TROSSAMFUNNETS NAVN]</w:t>
      </w:r>
    </w:p>
    <w:p>
      <w:pPr>
        <w:spacing w:before="0" w:after="140" w:line="240" w:lineRule="auto"/>
      </w:pPr>
      <w:r>
        <w:rPr>
          <w:rFonts w:ascii="Arial" w:hAnsi="Arial"/>
          <w:b/>
          <w:i w:val="0"/>
          <w:color w:val="5E6A6E"/>
          <w:sz w:val="18"/>
        </w:rPr>
        <w:t>Innmeldingsskjema for voksne</w:t>
      </w:r>
    </w:p>
    <w:p>
      <w:pPr>
        <w:spacing w:before="0" w:after="100" w:line="252" w:lineRule="auto"/>
      </w:pPr>
      <w:r>
        <w:rPr>
          <w:rFonts w:ascii="Arial" w:hAnsi="Arial"/>
          <w:b/>
          <w:i w:val="0"/>
          <w:color w:val="1F272A"/>
          <w:sz w:val="22"/>
        </w:rPr>
        <w:t>Jeg vil med dette melde meg inn i [TROSSAMFUNNETS NAVN].</w:t>
      </w:r>
    </w:p>
    <w:p>
      <w:pPr>
        <w:spacing w:before="0" w:after="120" w:line="259" w:lineRule="auto"/>
      </w:pPr>
      <w:r>
        <w:rPr>
          <w:rFonts w:ascii="Arial" w:hAnsi="Arial"/>
          <w:b w:val="0"/>
          <w:i w:val="0"/>
          <w:color w:val="1F272A"/>
          <w:sz w:val="17"/>
        </w:rPr>
        <w:t>Ved innmelding må trossamfunnet avklare eventuell tilhørighet til andre registrerte tros- eller livssynssamfunn. Dersom du er registrert et annet sted, må du følge gjeldende rutiner for utmelding før innmeldingen kan behandles.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468"/>
      </w:tblGrid>
      <w:tr>
        <w:trPr>
          <w:trHeight w:val="578" w:hRule="atLeast"/>
          <w:cantSplit/>
        </w:trPr>
        <w:tc>
          <w:tcPr>
            <w:tcW w:type="dxa" w:w="56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214F5A"/>
                <w:sz w:val="29"/>
              </w:rPr>
              <w:t>□</w:t>
            </w:r>
          </w:p>
        </w:tc>
        <w:tc>
          <w:tcPr>
            <w:tcW w:type="dxa" w:w="946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7"/>
              </w:rPr>
              <w:t>Jeg bekrefter at jeg har opplyst om eventuell tilhørighet til andre tros- eller livssynssamfunn, og at opplysningene i skjemaet er riktige.</w:t>
            </w:r>
          </w:p>
        </w:tc>
      </w:tr>
    </w:tbl>
    <w:p>
      <w:pPr>
        <w:spacing w:before="100" w:after="60" w:line="240" w:lineRule="auto"/>
      </w:pPr>
      <w:r>
        <w:rPr>
          <w:rFonts w:ascii="Arial" w:hAnsi="Arial"/>
          <w:b/>
          <w:i w:val="0"/>
          <w:color w:val="214F5A"/>
          <w:sz w:val="18"/>
        </w:rPr>
        <w:t>Bekreftelse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468"/>
      </w:tblGrid>
      <w:tr>
        <w:trPr>
          <w:trHeight w:val="578" w:hRule="atLeast"/>
          <w:cantSplit/>
        </w:trPr>
        <w:tc>
          <w:tcPr>
            <w:tcW w:type="dxa" w:w="56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214F5A"/>
                <w:sz w:val="29"/>
              </w:rPr>
              <w:t>□</w:t>
            </w:r>
          </w:p>
        </w:tc>
        <w:tc>
          <w:tcPr>
            <w:tcW w:type="dxa" w:w="946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7"/>
              </w:rPr>
              <w:t>Jeg bekrefter at jeg ønsker medlemskap i trossamfunnet og aksepterer trossamfunnets vedtekter og medlemsvilkår.</w:t>
            </w:r>
          </w:p>
        </w:tc>
      </w:tr>
    </w:tbl>
    <w:p>
      <w:pPr>
        <w:spacing w:before="140" w:after="0" w:line="240" w:lineRule="auto"/>
      </w:pPr>
      <w:r>
        <w:rPr>
          <w:rFonts w:ascii="Arial" w:hAnsi="Arial"/>
          <w:b w:val="0"/>
          <w:i w:val="0"/>
          <w:color w:val="214F5A"/>
          <w:sz w:val="28"/>
        </w:rPr>
        <w:t>Personlig informasjon</w:t>
      </w:r>
    </w:p>
    <w:p>
      <w:pPr>
        <w:spacing w:before="0" w:after="60" w:line="240" w:lineRule="auto"/>
      </w:pPr>
      <w:r>
        <w:rPr>
          <w:rFonts w:ascii="Arial" w:hAnsi="Arial"/>
          <w:b w:val="0"/>
          <w:i w:val="0"/>
          <w:color w:val="5E6A6E"/>
          <w:sz w:val="16"/>
        </w:rPr>
        <w:t>Fyll inn med blokkbokstaver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5"/>
        <w:gridCol w:w="3345"/>
        <w:gridCol w:w="3345"/>
      </w:tblGrid>
      <w:tr>
        <w:trPr>
          <w:trHeight w:val="329" w:hRule="atLeast"/>
          <w:cantSplit/>
        </w:trPr>
        <w:tc>
          <w:tcPr>
            <w:tcW w:type="dxa" w:w="3345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F272A"/>
                <w:sz w:val="16"/>
              </w:rPr>
              <w:t>Fornavn</w:t>
            </w:r>
          </w:p>
        </w:tc>
        <w:tc>
          <w:tcPr>
            <w:tcW w:type="dxa" w:w="3345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F272A"/>
                <w:sz w:val="16"/>
              </w:rPr>
              <w:t>Etternavn</w:t>
            </w:r>
          </w:p>
        </w:tc>
        <w:tc>
          <w:tcPr>
            <w:tcW w:type="dxa" w:w="3345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F272A"/>
                <w:sz w:val="16"/>
              </w:rPr>
              <w:t>Fødselsnr. (11 siffer)</w:t>
            </w:r>
          </w:p>
        </w:tc>
      </w:tr>
      <w:tr>
        <w:trPr>
          <w:trHeight w:val="397" w:hRule="atLeast"/>
          <w:cantSplit/>
        </w:trPr>
        <w:tc>
          <w:tcPr>
            <w:tcW w:type="dxa" w:w="3345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6"/>
              </w:rPr>
            </w:r>
          </w:p>
        </w:tc>
        <w:tc>
          <w:tcPr>
            <w:tcW w:type="dxa" w:w="3345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6"/>
              </w:rPr>
            </w:r>
          </w:p>
        </w:tc>
        <w:tc>
          <w:tcPr>
            <w:tcW w:type="dxa" w:w="3345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6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5"/>
      </w:tblGrid>
      <w:tr>
        <w:trPr>
          <w:trHeight w:val="329" w:hRule="atLeast"/>
          <w:cantSplit/>
        </w:trPr>
        <w:tc>
          <w:tcPr>
            <w:tcW w:type="dxa" w:w="10035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F272A"/>
                <w:sz w:val="16"/>
              </w:rPr>
              <w:t>Adresse</w:t>
            </w:r>
          </w:p>
        </w:tc>
      </w:tr>
      <w:tr>
        <w:trPr>
          <w:trHeight w:val="397" w:hRule="atLeast"/>
          <w:cantSplit/>
        </w:trPr>
        <w:tc>
          <w:tcPr>
            <w:tcW w:type="dxa" w:w="10035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6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747"/>
      </w:tblGrid>
      <w:tr>
        <w:trPr>
          <w:trHeight w:val="329" w:hRule="atLeast"/>
          <w:cantSplit/>
        </w:trPr>
        <w:tc>
          <w:tcPr>
            <w:tcW w:type="dxa" w:w="32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F272A"/>
                <w:sz w:val="16"/>
              </w:rPr>
              <w:t>Postnummer</w:t>
            </w:r>
          </w:p>
        </w:tc>
        <w:tc>
          <w:tcPr>
            <w:tcW w:type="dxa" w:w="674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F272A"/>
                <w:sz w:val="16"/>
              </w:rPr>
              <w:t>Poststed</w:t>
            </w:r>
          </w:p>
        </w:tc>
      </w:tr>
      <w:tr>
        <w:trPr>
          <w:trHeight w:val="397" w:hRule="atLeast"/>
          <w:cantSplit/>
        </w:trPr>
        <w:tc>
          <w:tcPr>
            <w:tcW w:type="dxa" w:w="328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6"/>
              </w:rPr>
            </w:r>
          </w:p>
        </w:tc>
        <w:tc>
          <w:tcPr>
            <w:tcW w:type="dxa" w:w="674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6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7"/>
        <w:gridCol w:w="5017"/>
      </w:tblGrid>
      <w:tr>
        <w:trPr>
          <w:trHeight w:val="329" w:hRule="atLeast"/>
          <w:cantSplit/>
        </w:trPr>
        <w:tc>
          <w:tcPr>
            <w:tcW w:type="dxa" w:w="501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F272A"/>
                <w:sz w:val="16"/>
              </w:rPr>
              <w:t>Mobiltelefon</w:t>
            </w:r>
          </w:p>
        </w:tc>
        <w:tc>
          <w:tcPr>
            <w:tcW w:type="dxa" w:w="501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F272A"/>
                <w:sz w:val="16"/>
              </w:rPr>
              <w:t>E-post</w:t>
            </w:r>
          </w:p>
        </w:tc>
      </w:tr>
      <w:tr>
        <w:trPr>
          <w:trHeight w:val="397" w:hRule="atLeast"/>
          <w:cantSplit/>
        </w:trPr>
        <w:tc>
          <w:tcPr>
            <w:tcW w:type="dxa" w:w="501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6"/>
              </w:rPr>
            </w:r>
          </w:p>
        </w:tc>
        <w:tc>
          <w:tcPr>
            <w:tcW w:type="dxa" w:w="501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6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7"/>
        <w:gridCol w:w="5017"/>
      </w:tblGrid>
      <w:tr>
        <w:trPr>
          <w:trHeight w:val="329" w:hRule="atLeast"/>
          <w:cantSplit/>
        </w:trPr>
        <w:tc>
          <w:tcPr>
            <w:tcW w:type="dxa" w:w="501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F272A"/>
                <w:sz w:val="16"/>
              </w:rPr>
              <w:t>Statsborgerskap</w:t>
            </w:r>
          </w:p>
        </w:tc>
        <w:tc>
          <w:tcPr>
            <w:tcW w:type="dxa" w:w="501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F272A"/>
                <w:sz w:val="16"/>
              </w:rPr>
              <w:t>Lokal moské / menighet (valgfritt)</w:t>
            </w:r>
          </w:p>
        </w:tc>
      </w:tr>
      <w:tr>
        <w:trPr>
          <w:trHeight w:val="397" w:hRule="atLeast"/>
          <w:cantSplit/>
        </w:trPr>
        <w:tc>
          <w:tcPr>
            <w:tcW w:type="dxa" w:w="501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6"/>
              </w:rPr>
            </w:r>
          </w:p>
        </w:tc>
        <w:tc>
          <w:tcPr>
            <w:tcW w:type="dxa" w:w="501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6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468"/>
      </w:tblGrid>
      <w:tr>
        <w:trPr>
          <w:trHeight w:val="425" w:hRule="atLeast"/>
        </w:trPr>
        <w:tc>
          <w:tcPr>
            <w:tcW w:type="dxa" w:w="56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i w:val="0"/>
                <w:color w:val="214F5A"/>
                <w:sz w:val="29"/>
              </w:rPr>
              <w:t>□</w:t>
            </w:r>
          </w:p>
        </w:tc>
        <w:tc>
          <w:tcPr>
            <w:tcW w:type="dxa" w:w="946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5E6A6E"/>
                <w:sz w:val="15"/>
              </w:rPr>
              <w:t>Jeg samtykker til at informasjon om min tilhørighet kan videreformidles til lokal moské/menighet tilknyttet trossamfunnet.</w:t>
            </w:r>
          </w:p>
        </w:tc>
      </w:tr>
    </w:tbl>
    <w:p>
      <w:pPr>
        <w:spacing w:before="40" w:after="40" w:line="240" w:lineRule="auto"/>
      </w:pPr>
      <w:r>
        <w:rPr>
          <w:rFonts w:ascii="Arial" w:hAnsi="Arial"/>
          <w:b w:val="0"/>
          <w:i w:val="0"/>
          <w:color w:val="214F5A"/>
          <w:sz w:val="26"/>
        </w:rPr>
        <w:t>Signatur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6577"/>
      </w:tblGrid>
      <w:tr>
        <w:trPr>
          <w:trHeight w:val="329" w:hRule="atLeast"/>
          <w:cantSplit/>
        </w:trPr>
        <w:tc>
          <w:tcPr>
            <w:tcW w:type="dxa" w:w="345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F272A"/>
                <w:sz w:val="16"/>
              </w:rPr>
              <w:t>Sted og dato</w:t>
            </w:r>
          </w:p>
        </w:tc>
        <w:tc>
          <w:tcPr>
            <w:tcW w:type="dxa" w:w="657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shd w:fill="F3F5F6"/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F272A"/>
                <w:sz w:val="16"/>
              </w:rPr>
              <w:t>Underskrift</w:t>
            </w:r>
          </w:p>
        </w:tc>
      </w:tr>
      <w:tr>
        <w:trPr>
          <w:trHeight w:val="442" w:hRule="atLeast"/>
          <w:cantSplit/>
        </w:trPr>
        <w:tc>
          <w:tcPr>
            <w:tcW w:type="dxa" w:w="3458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6"/>
              </w:rPr>
            </w:r>
          </w:p>
        </w:tc>
        <w:tc>
          <w:tcPr>
            <w:tcW w:type="dxa" w:w="6577"/>
            <w:vAlign w:val="center"/>
            <w:tcMar>
              <w:top w:w="65" w:type="dxa"/>
              <w:start w:w="90" w:type="dxa"/>
              <w:bottom w:w="65" w:type="dxa"/>
              <w:end w:w="90" w:type="dxa"/>
            </w:tcMar>
            <w:tcBorders>
              <w:top w:val="single" w:sz="5" w:color="B7C2C5"/>
              <w:left w:val="single" w:sz="5" w:color="B7C2C5"/>
              <w:bottom w:val="single" w:sz="5" w:color="B7C2C5"/>
              <w:right w:val="single" w:sz="5" w:color="B7C2C5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F272A"/>
                <w:sz w:val="16"/>
              </w:rPr>
            </w:r>
          </w:p>
        </w:tc>
      </w:tr>
    </w:tbl>
    <w:p>
      <w:pPr>
        <w:spacing w:before="100" w:after="20" w:line="240" w:lineRule="auto"/>
      </w:pPr>
      <w:r>
        <w:rPr>
          <w:rFonts w:ascii="Arial" w:hAnsi="Arial"/>
          <w:b/>
          <w:i w:val="0"/>
          <w:color w:val="1F272A"/>
          <w:sz w:val="16"/>
        </w:rPr>
        <w:t xml:space="preserve">Skjemaet sendes til: </w:t>
      </w:r>
      <w:r>
        <w:rPr>
          <w:rFonts w:ascii="Arial" w:hAnsi="Arial"/>
          <w:b w:val="0"/>
          <w:i w:val="0"/>
          <w:color w:val="1F272A"/>
          <w:sz w:val="16"/>
        </w:rPr>
        <w:t>[TROSSAMFUNNETS NAVN], [ADRESSE], [POSTNUMMER OG STED]</w:t>
      </w:r>
    </w:p>
    <w:p>
      <w:pPr>
        <w:spacing w:before="0" w:after="0" w:line="240" w:lineRule="auto"/>
      </w:pPr>
      <w:r>
        <w:rPr>
          <w:rFonts w:ascii="Arial" w:hAnsi="Arial"/>
          <w:b w:val="0"/>
          <w:i w:val="0"/>
          <w:color w:val="5E6A6E"/>
          <w:sz w:val="15"/>
        </w:rPr>
        <w:t>Kontakt: [E-POST]  •  [NETTSIDE]</w:t>
      </w:r>
    </w:p>
    <w:sectPr w:rsidR="00FC693F" w:rsidRPr="0006063C" w:rsidSect="00034616">
      <w:footerReference w:type="default" r:id="rId9"/>
      <w:pgSz w:w="11906" w:h="16838"/>
      <w:pgMar w:top="765" w:right="879" w:bottom="709" w:left="879" w:header="720" w:footer="720" w:gutter="0"/>
      <w:cols w:space="720"/>
      <w:docGrid w:linePitch="360"/>
      <w:pgBorders w:offsetFrom="page">
        <w:top w:val="single" w:sz="7" w:space="18" w:color="DDE5E7"/>
        <w:left w:val="single" w:sz="7" w:space="18" w:color="DDE5E7"/>
        <w:bottom w:val="single" w:sz="7" w:space="18" w:color="DDE5E7"/>
        <w:right w:val="single" w:sz="7" w:space="18" w:color="DDE5E7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Arial" w:hAnsi="Arial"/>
        <w:b w:val="0"/>
        <w:i w:val="0"/>
        <w:color w:val="7B8588"/>
        <w:sz w:val="13"/>
      </w:rPr>
      <w:t>MAL – tilpass navn, kontaktinformasjon, personverntekst og eventuelle medlemsvilkår før publisering.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1F272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- Innmelding i trossamfunn</dc:title>
  <dc:subject>Generisk innmeldingsskjema for trossamfunn</dc:subject>
  <dc:creator>OpenAI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